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PACKING SLIP</w:t>
            </w:r>
          </w:p>
        </w:tc>
      </w:tr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Shipment contents record  ·  BLANK TEMPLATE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656"/>
        <w:gridCol w:w="3024"/>
        <w:gridCol w:w="1656"/>
        <w:gridCol w:w="3024"/>
      </w:tblGrid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Packing slip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Order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PO reference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Order / ship dates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Carrier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Tracking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Packages / cartons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Total weight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SHIP FROM</w:t>
            </w:r>
          </w:p>
        </w:tc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SHIP TO</w:t>
            </w:r>
          </w:p>
        </w:tc>
      </w:tr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br/>
              <w:br/>
              <w:br/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br/>
              <w:br/>
              <w:br/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440"/>
        <w:gridCol w:w="3600"/>
        <w:gridCol w:w="1440"/>
        <w:gridCol w:w="1440"/>
        <w:gridCol w:w="1440"/>
      </w:tblGrid>
      <w:tr>
        <w:trPr>
          <w:tblHeader w:val="true"/>
        </w:trPr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SKU</w:t>
            </w:r>
          </w:p>
        </w:tc>
        <w:tc>
          <w:tcPr>
            <w:tcW w:type="dxa" w:w="360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Description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Qty ordered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Qty shipped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Backordered</w:t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Packing slips list what was shipped. Check descriptions and shipped quantities against the order. Create a private editable version at formnivo.com/tools/packing-slip-generator/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3120"/>
        <w:gridCol w:w="3120"/>
        <w:gridCol w:w="3120"/>
      </w:tblGrid>
      <w:tr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Packed by / date</w:t>
            </w:r>
          </w:p>
        </w:tc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Checked by / date</w:t>
            </w:r>
          </w:p>
        </w:tc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Dispatch verified / date</w:t>
            </w:r>
          </w:p>
        </w:tc>
      </w:tr>
    </w:tbl>
    <w:p>
      <w:r>
        <w:br w:type="page"/>
      </w:r>
    </w:p>
    <w:p>
      <w:pPr>
        <w:spacing w:before="0" w:after="0" w:line="72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PACKING SLIP</w:t>
            </w:r>
          </w:p>
        </w:tc>
      </w:tr>
      <w:tr>
        <w:tc>
          <w:tcPr>
            <w:tcW w:type="dxa" w:w="9360"/>
            <w:shd w:fill="FFF4D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Shipment contents record  ·  FICTIONAL EXAMPLE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656"/>
        <w:gridCol w:w="3024"/>
        <w:gridCol w:w="1656"/>
        <w:gridCol w:w="3024"/>
      </w:tblGrid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Packing slip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PS-1001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Order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SO-2048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PO reference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PO-7304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Order / ship dates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2026-08-27 / 2026-08-29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Carrier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Example Parcel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Tracking #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EXAMPLE-48291</w:t>
            </w:r>
          </w:p>
        </w:tc>
      </w:tr>
      <w:tr>
        <w:trPr>
          <w:cantSplit/>
        </w:trPr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Packages / cartons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2 packages / carton 1 of 2</w:t>
            </w:r>
          </w:p>
        </w:tc>
        <w:tc>
          <w:tcPr>
            <w:tcW w:type="dxa" w:w="165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Total weight</w:t>
            </w:r>
          </w:p>
        </w:tc>
        <w:tc>
          <w:tcPr>
            <w:tcW w:type="dxa" w:w="302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18.5 kg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4680"/>
        <w:gridCol w:w="4680"/>
      </w:tblGrid>
      <w:tr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SHIP FROM</w:t>
            </w:r>
          </w:p>
        </w:tc>
        <w:tc>
          <w:tcPr>
            <w:tcW w:type="dxa" w:w="46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7"/>
              </w:rPr>
              <w:t>SHIP TO</w:t>
            </w:r>
          </w:p>
        </w:tc>
      </w:tr>
      <w:tr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t>Atlas Supply Co. (fictional)</w:t>
              <w:br/>
              <w:t>14 Example Avenue</w:t>
              <w:br/>
              <w:t>Sample City, CA 90001</w:t>
              <w:br/>
              <w:t>shipping@atlas-supply.example</w:t>
            </w:r>
          </w:p>
        </w:tc>
        <w:tc>
          <w:tcPr>
            <w:tcW w:type="dxa" w:w="46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7"/>
              </w:rPr>
              <w:t>Northstar Studio LLC (fictional)</w:t>
              <w:br/>
              <w:t>88 Demonstration Road</w:t>
              <w:br/>
              <w:t>Exampletown, NY 10001</w:t>
              <w:br/>
              <w:t>receiving@northstar-studio.example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440"/>
        <w:gridCol w:w="3600"/>
        <w:gridCol w:w="1440"/>
        <w:gridCol w:w="1440"/>
        <w:gridCol w:w="1440"/>
      </w:tblGrid>
      <w:tr>
        <w:trPr>
          <w:tblHeader w:val="true"/>
        </w:trPr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SKU</w:t>
            </w:r>
          </w:p>
        </w:tc>
        <w:tc>
          <w:tcPr>
            <w:tcW w:type="dxa" w:w="360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Description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Qty ordered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Qty shipped</w:t>
            </w:r>
          </w:p>
        </w:tc>
        <w:tc>
          <w:tcPr>
            <w:tcW w:type="dxa" w:w="144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Backordered</w:t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NW-100</w:t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Desk lamp, matte black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4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4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</w:t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NW-220</w:t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Cable organizer set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8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6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</w:t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NW-315</w:t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Monitor riser, oak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</w:t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</w:t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360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44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9360"/>
      </w:tblGrid>
      <w:tr>
        <w:tc>
          <w:tcPr>
            <w:tcW w:type="dxa" w:w="93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Packing slips list what was shipped. Check descriptions and shipped quantities against the order. Create a private editable version at formnivo.com/tools/packing-slip-generator/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3120"/>
        <w:gridCol w:w="3120"/>
        <w:gridCol w:w="3120"/>
      </w:tblGrid>
      <w:tr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312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Packed by / date</w:t>
            </w:r>
          </w:p>
        </w:tc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Checked by / date</w:t>
            </w:r>
          </w:p>
        </w:tc>
        <w:tc>
          <w:tcPr>
            <w:tcW w:type="dxa" w:w="312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Dispatch verified / date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48" w:right="1440" w:bottom="720" w:left="144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52645E"/>
        <w:sz w:val="14"/>
      </w:rPr>
      <w:t>General template — review local and organizational requirements  |  formnivo.com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color w:val="102A23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Formnivo Packing Slip Template</dc:title>
  <dc:subject>Blank template and clearly labeled fictional example</dc:subject>
  <dc:creator>Formnivo</dc:creator>
  <cp:keywords>Formnivo, template, business document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