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9360"/>
      </w:tblGrid>
      <w:tr>
        <w:tc>
          <w:tcPr>
            <w:tcW w:type="dxa" w:w="9360"/>
            <w:shd w:fill="102A23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40"/>
              </w:rPr>
              <w:t>PAYMENT RECEIPT</w:t>
            </w:r>
          </w:p>
        </w:tc>
      </w:tr>
      <w:tr>
        <w:tc>
          <w:tcPr>
            <w:tcW w:type="dxa" w:w="9360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8"/>
              </w:rPr>
              <w:t>Record an actual payment received  ·  BLANK TEMPLATE</w:t>
            </w:r>
          </w:p>
        </w:tc>
      </w:tr>
    </w:tbl>
    <w:p>
      <w:pPr>
        <w:spacing w:before="0" w:after="0" w:line="6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1656"/>
        <w:gridCol w:w="3024"/>
        <w:gridCol w:w="1656"/>
        <w:gridCol w:w="3024"/>
      </w:tblGrid>
      <w:tr>
        <w:trPr>
          <w:cantSplit/>
        </w:trPr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Receipt #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</w:r>
          </w:p>
        </w:tc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Payment date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</w:r>
          </w:p>
        </w:tc>
      </w:tr>
      <w:tr>
        <w:trPr>
          <w:cantSplit/>
        </w:trPr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Received from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</w:r>
          </w:p>
        </w:tc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Invoice #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</w:r>
          </w:p>
        </w:tc>
      </w:tr>
      <w:tr>
        <w:trPr>
          <w:cantSplit/>
        </w:trPr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Payment method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</w:r>
          </w:p>
        </w:tc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Reference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</w:r>
          </w:p>
        </w:tc>
      </w:tr>
      <w:tr>
        <w:trPr>
          <w:cantSplit/>
        </w:trPr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Payment status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</w:r>
          </w:p>
        </w:tc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Currency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</w:r>
          </w:p>
        </w:tc>
      </w:tr>
    </w:tbl>
    <w:p>
      <w:pPr>
        <w:spacing w:before="0" w:after="0" w:line="14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4680"/>
        <w:gridCol w:w="4680"/>
      </w:tblGrid>
      <w:tr>
        <w:tc>
          <w:tcPr>
            <w:tcW w:type="dxa" w:w="4680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7"/>
              </w:rPr>
              <w:t>RECEIVED BY</w:t>
            </w:r>
          </w:p>
        </w:tc>
        <w:tc>
          <w:tcPr>
            <w:tcW w:type="dxa" w:w="4680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7"/>
              </w:rPr>
              <w:t>PAYER</w:t>
            </w:r>
          </w:p>
        </w:tc>
      </w:tr>
      <w:tr>
        <w:tc>
          <w:tcPr>
            <w:tcW w:type="dxa" w:w="46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7"/>
              </w:rPr>
              <w:br/>
              <w:br/>
              <w:br/>
            </w:r>
          </w:p>
        </w:tc>
        <w:tc>
          <w:tcPr>
            <w:tcW w:type="dxa" w:w="46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7"/>
              </w:rPr>
              <w:br/>
              <w:br/>
              <w:br/>
            </w:r>
          </w:p>
        </w:tc>
      </w:tr>
    </w:tbl>
    <w:p>
      <w:pPr>
        <w:spacing w:before="0" w:after="0" w:line="14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3744"/>
        <w:gridCol w:w="1872"/>
        <w:gridCol w:w="1872"/>
        <w:gridCol w:w="1872"/>
      </w:tblGrid>
      <w:tr>
        <w:trPr>
          <w:tblHeader w:val="true"/>
        </w:trPr>
        <w:tc>
          <w:tcPr>
            <w:tcW w:type="dxa" w:w="3744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Description</w:t>
            </w:r>
          </w:p>
        </w:tc>
        <w:tc>
          <w:tcPr>
            <w:tcW w:type="dxa" w:w="1872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Invoice amount</w:t>
            </w:r>
          </w:p>
        </w:tc>
        <w:tc>
          <w:tcPr>
            <w:tcW w:type="dxa" w:w="1872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Amount received</w:t>
            </w:r>
          </w:p>
        </w:tc>
        <w:tc>
          <w:tcPr>
            <w:tcW w:type="dxa" w:w="1872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Remaining balance</w:t>
            </w:r>
          </w:p>
        </w:tc>
      </w:tr>
      <w:tr>
        <w:trPr>
          <w:cantSplit/>
        </w:trPr>
        <w:tc>
          <w:tcPr>
            <w:tcW w:type="dxa" w:w="374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  <w:tr>
        <w:trPr>
          <w:cantSplit/>
        </w:trPr>
        <w:tc>
          <w:tcPr>
            <w:tcW w:type="dxa" w:w="374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  <w:tr>
        <w:trPr>
          <w:cantSplit/>
        </w:trPr>
        <w:tc>
          <w:tcPr>
            <w:tcW w:type="dxa" w:w="374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  <w:tr>
        <w:trPr>
          <w:cantSplit/>
        </w:trPr>
        <w:tc>
          <w:tcPr>
            <w:tcW w:type="dxa" w:w="374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</w:tbl>
    <w:p>
      <w:pPr>
        <w:spacing w:before="0" w:after="0" w:line="14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9360"/>
      </w:tblGrid>
      <w:tr>
        <w:tc>
          <w:tcPr>
            <w:tcW w:type="dxa" w:w="9360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>
              <w:rPr>
                <w:i/>
              </w:rPr>
            </w:r>
            <w:r>
              <w:rPr>
                <w:rFonts w:ascii="Arial" w:hAnsi="Arial" w:eastAsia="Arial"/>
                <w:b w:val="0"/>
                <w:i/>
                <w:color w:val="52645E"/>
                <w:sz w:val="15"/>
              </w:rPr>
              <w:t>Issue a receipt only for a payment actually received. Keep supporting payment records and adapt this general template as needed. Create and print privately at formnivo.com/tools/payment-receipt-generator/</w:t>
            </w:r>
          </w:p>
        </w:tc>
      </w:tr>
    </w:tbl>
    <w:p>
      <w:pPr>
        <w:spacing w:before="0" w:after="0" w:line="14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4680"/>
        <w:gridCol w:w="4680"/>
      </w:tblGrid>
      <w:tr>
        <w:tc>
          <w:tcPr>
            <w:tcW w:type="dxa" w:w="46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br/>
            </w:r>
          </w:p>
        </w:tc>
        <w:tc>
          <w:tcPr>
            <w:tcW w:type="dxa" w:w="46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br/>
            </w:r>
          </w:p>
        </w:tc>
      </w:tr>
      <w:tr>
        <w:tc>
          <w:tcPr>
            <w:tcW w:type="dxa" w:w="4680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5"/>
              </w:rPr>
              <w:t>Authorized signature</w:t>
            </w:r>
          </w:p>
        </w:tc>
        <w:tc>
          <w:tcPr>
            <w:tcW w:type="dxa" w:w="4680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5"/>
              </w:rPr>
              <w:t>Payer acknowledgement (optional)</w:t>
            </w:r>
          </w:p>
        </w:tc>
      </w:tr>
    </w:tbl>
    <w:p>
      <w:r>
        <w:br w:type="page"/>
      </w:r>
    </w:p>
    <w:p>
      <w:pPr>
        <w:spacing w:before="0" w:after="0" w:line="72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9360"/>
      </w:tblGrid>
      <w:tr>
        <w:tc>
          <w:tcPr>
            <w:tcW w:type="dxa" w:w="9360"/>
            <w:shd w:fill="102A23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40"/>
              </w:rPr>
              <w:t>PAYMENT RECEIPT</w:t>
            </w:r>
          </w:p>
        </w:tc>
      </w:tr>
      <w:tr>
        <w:tc>
          <w:tcPr>
            <w:tcW w:type="dxa" w:w="9360"/>
            <w:shd w:fill="FFF4D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8"/>
              </w:rPr>
              <w:t>Record an actual payment received  ·  FICTIONAL EXAMPLE</w:t>
            </w:r>
          </w:p>
        </w:tc>
      </w:tr>
    </w:tbl>
    <w:p>
      <w:pPr>
        <w:spacing w:before="0" w:after="0" w:line="6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1656"/>
        <w:gridCol w:w="3024"/>
        <w:gridCol w:w="1656"/>
        <w:gridCol w:w="3024"/>
      </w:tblGrid>
      <w:tr>
        <w:trPr>
          <w:cantSplit/>
        </w:trPr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Receipt #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t>RCPT-1001</w:t>
            </w:r>
          </w:p>
        </w:tc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Payment date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t>2026-08-29</w:t>
            </w:r>
          </w:p>
        </w:tc>
      </w:tr>
      <w:tr>
        <w:trPr>
          <w:cantSplit/>
        </w:trPr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Received from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t>Northstar Studio LLC (fictional)</w:t>
            </w:r>
          </w:p>
        </w:tc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Invoice #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t>INV-2048</w:t>
            </w:r>
          </w:p>
        </w:tc>
      </w:tr>
      <w:tr>
        <w:trPr>
          <w:cantSplit/>
        </w:trPr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Payment method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t>Bank transfer</w:t>
            </w:r>
          </w:p>
        </w:tc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Reference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t>EXAMPLE-TXN-8842</w:t>
            </w:r>
          </w:p>
        </w:tc>
      </w:tr>
      <w:tr>
        <w:trPr>
          <w:cantSplit/>
        </w:trPr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Payment status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t>Partial payment</w:t>
            </w:r>
          </w:p>
        </w:tc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Currency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t>USD</w:t>
            </w:r>
          </w:p>
        </w:tc>
      </w:tr>
    </w:tbl>
    <w:p>
      <w:pPr>
        <w:spacing w:before="0" w:after="0" w:line="14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4680"/>
        <w:gridCol w:w="4680"/>
      </w:tblGrid>
      <w:tr>
        <w:tc>
          <w:tcPr>
            <w:tcW w:type="dxa" w:w="4680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7"/>
              </w:rPr>
              <w:t>RECEIVED BY</w:t>
            </w:r>
          </w:p>
        </w:tc>
        <w:tc>
          <w:tcPr>
            <w:tcW w:type="dxa" w:w="4680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7"/>
              </w:rPr>
              <w:t>PAYER</w:t>
            </w:r>
          </w:p>
        </w:tc>
      </w:tr>
      <w:tr>
        <w:tc>
          <w:tcPr>
            <w:tcW w:type="dxa" w:w="46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7"/>
              </w:rPr>
              <w:t>Atlas Supply Co. (fictional)</w:t>
              <w:br/>
              <w:t>14 Example Avenue</w:t>
              <w:br/>
              <w:t>Sample City, CA 90001</w:t>
              <w:br/>
              <w:t>billing@atlas-supply.example</w:t>
            </w:r>
          </w:p>
        </w:tc>
        <w:tc>
          <w:tcPr>
            <w:tcW w:type="dxa" w:w="46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7"/>
              </w:rPr>
              <w:t>Northstar Studio LLC (fictional)</w:t>
              <w:br/>
              <w:t>88 Demonstration Road</w:t>
              <w:br/>
              <w:t>Exampletown, NY 10001</w:t>
              <w:br/>
              <w:t>accounts@northstar-studio.example</w:t>
            </w:r>
          </w:p>
        </w:tc>
      </w:tr>
    </w:tbl>
    <w:p>
      <w:pPr>
        <w:spacing w:before="0" w:after="0" w:line="14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3744"/>
        <w:gridCol w:w="1872"/>
        <w:gridCol w:w="1872"/>
        <w:gridCol w:w="1872"/>
      </w:tblGrid>
      <w:tr>
        <w:trPr>
          <w:tblHeader w:val="true"/>
        </w:trPr>
        <w:tc>
          <w:tcPr>
            <w:tcW w:type="dxa" w:w="3744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Description</w:t>
            </w:r>
          </w:p>
        </w:tc>
        <w:tc>
          <w:tcPr>
            <w:tcW w:type="dxa" w:w="1872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Invoice amount</w:t>
            </w:r>
          </w:p>
        </w:tc>
        <w:tc>
          <w:tcPr>
            <w:tcW w:type="dxa" w:w="1872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Amount received</w:t>
            </w:r>
          </w:p>
        </w:tc>
        <w:tc>
          <w:tcPr>
            <w:tcW w:type="dxa" w:w="1872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Remaining balance</w:t>
            </w:r>
          </w:p>
        </w:tc>
      </w:tr>
      <w:tr>
        <w:trPr>
          <w:cantSplit/>
        </w:trPr>
        <w:tc>
          <w:tcPr>
            <w:tcW w:type="dxa" w:w="374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Partial payment for website services</w:t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$1,250.00</w:t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$500.00</w:t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$750.00</w:t>
            </w:r>
          </w:p>
        </w:tc>
      </w:tr>
      <w:tr>
        <w:trPr>
          <w:cantSplit/>
        </w:trPr>
        <w:tc>
          <w:tcPr>
            <w:tcW w:type="dxa" w:w="374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  <w:tr>
        <w:trPr>
          <w:cantSplit/>
        </w:trPr>
        <w:tc>
          <w:tcPr>
            <w:tcW w:type="dxa" w:w="374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  <w:tr>
        <w:trPr>
          <w:cantSplit/>
        </w:trPr>
        <w:tc>
          <w:tcPr>
            <w:tcW w:type="dxa" w:w="374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</w:tbl>
    <w:p>
      <w:pPr>
        <w:spacing w:before="0" w:after="0" w:line="14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9360"/>
      </w:tblGrid>
      <w:tr>
        <w:tc>
          <w:tcPr>
            <w:tcW w:type="dxa" w:w="9360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>
              <w:rPr>
                <w:i/>
              </w:rPr>
            </w:r>
            <w:r>
              <w:rPr>
                <w:rFonts w:ascii="Arial" w:hAnsi="Arial" w:eastAsia="Arial"/>
                <w:b w:val="0"/>
                <w:i/>
                <w:color w:val="52645E"/>
                <w:sz w:val="15"/>
              </w:rPr>
              <w:t>Issue a receipt only for a payment actually received. Keep supporting payment records and adapt this general template as needed. Create and print privately at formnivo.com/tools/payment-receipt-generator/</w:t>
            </w:r>
          </w:p>
        </w:tc>
      </w:tr>
    </w:tbl>
    <w:p>
      <w:pPr>
        <w:spacing w:before="0" w:after="0" w:line="14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4680"/>
        <w:gridCol w:w="4680"/>
      </w:tblGrid>
      <w:tr>
        <w:tc>
          <w:tcPr>
            <w:tcW w:type="dxa" w:w="46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br/>
            </w:r>
          </w:p>
        </w:tc>
        <w:tc>
          <w:tcPr>
            <w:tcW w:type="dxa" w:w="46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br/>
            </w:r>
          </w:p>
        </w:tc>
      </w:tr>
      <w:tr>
        <w:tc>
          <w:tcPr>
            <w:tcW w:type="dxa" w:w="4680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5"/>
              </w:rPr>
              <w:t>Authorized signature</w:t>
            </w:r>
          </w:p>
        </w:tc>
        <w:tc>
          <w:tcPr>
            <w:tcW w:type="dxa" w:w="4680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5"/>
              </w:rPr>
              <w:t>Payer acknowledgement (optional)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648" w:right="1440" w:bottom="720" w:left="1440" w:header="288" w:footer="28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 w:eastAsia="Arial"/>
        <w:b w:val="0"/>
        <w:i w:val="0"/>
        <w:color w:val="52645E"/>
        <w:sz w:val="14"/>
      </w:rPr>
      <w:t>General template — review local and organizational requirements  |  formnivo.com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 w:eastAsia="Arial"/>
      <w:color w:val="102A23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Formnivo Payment Receipt Template</dc:title>
  <dc:subject>Blank template and clearly labeled fictional example</dc:subject>
  <dc:creator>Formnivo</dc:creator>
  <cp:keywords>Formnivo, template, business document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