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9360"/>
      </w:tblGrid>
      <w:tr>
        <w:tc>
          <w:tcPr>
            <w:tcW w:type="dxa" w:w="9360"/>
            <w:shd w:fill="102A2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40"/>
              </w:rPr>
              <w:t>PURCHASE REQUISITION</w:t>
            </w:r>
          </w:p>
        </w:tc>
      </w:tr>
      <w:tr>
        <w:tc>
          <w:tcPr>
            <w:tcW w:type="dxa" w:w="936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8"/>
              </w:rPr>
              <w:t>Internal purchase request and approval record  ·  BLANK TEMPLATE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1656"/>
        <w:gridCol w:w="3024"/>
        <w:gridCol w:w="1656"/>
        <w:gridCol w:w="3024"/>
      </w:tblGrid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Request #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Needed by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Requester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Department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Supplier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Priority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Cost center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Status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4680"/>
        <w:gridCol w:w="4680"/>
      </w:tblGrid>
      <w:tr>
        <w:tc>
          <w:tcPr>
            <w:tcW w:type="dxa" w:w="468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BUSINESS NEED / JUSTIFICATION</w:t>
            </w:r>
          </w:p>
        </w:tc>
        <w:tc>
          <w:tcPr>
            <w:tcW w:type="dxa" w:w="468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DELIVER TO</w:t>
            </w:r>
          </w:p>
        </w:tc>
      </w:tr>
      <w:tr>
        <w:tc>
          <w:tcPr>
            <w:tcW w:type="dxa" w:w="468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7"/>
              </w:rPr>
              <w:br/>
              <w:br/>
              <w:br/>
            </w:r>
          </w:p>
        </w:tc>
        <w:tc>
          <w:tcPr>
            <w:tcW w:type="dxa" w:w="468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7"/>
              </w:rPr>
              <w:br/>
              <w:br/>
              <w:br/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1440"/>
        <w:gridCol w:w="3528"/>
        <w:gridCol w:w="792"/>
        <w:gridCol w:w="1872"/>
        <w:gridCol w:w="1728"/>
      </w:tblGrid>
      <w:tr>
        <w:trPr>
          <w:tblHeader w:val="true"/>
        </w:trPr>
        <w:tc>
          <w:tcPr>
            <w:tcW w:type="dxa" w:w="144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Item</w:t>
            </w:r>
          </w:p>
        </w:tc>
        <w:tc>
          <w:tcPr>
            <w:tcW w:type="dxa" w:w="3528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Description</w:t>
            </w:r>
          </w:p>
        </w:tc>
        <w:tc>
          <w:tcPr>
            <w:tcW w:type="dxa" w:w="792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Qty</w:t>
            </w:r>
          </w:p>
        </w:tc>
        <w:tc>
          <w:tcPr>
            <w:tcW w:type="dxa" w:w="1872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Expected unit cost</w:t>
            </w:r>
          </w:p>
        </w:tc>
        <w:tc>
          <w:tcPr>
            <w:tcW w:type="dxa" w:w="1728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Line total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9360"/>
      </w:tblGrid>
      <w:tr>
        <w:tc>
          <w:tcPr>
            <w:tcW w:type="dxa" w:w="936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>
              <w:rPr>
                <w:i/>
              </w:rPr>
            </w:r>
            <w:r>
              <w:rPr>
                <w:rFonts w:ascii="Arial" w:hAnsi="Arial" w:eastAsia="Arial"/>
                <w:b w:val="0"/>
                <w:i/>
                <w:color w:val="52645E"/>
                <w:sz w:val="15"/>
              </w:rPr>
              <w:t>Estimated total: ________________  ·  Use this form to request approval before ordering. Adapt approval fields and policies to your organization. Create online: formnivo.com/tools/purchase-requisition-generator/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3120"/>
        <w:gridCol w:w="3120"/>
        <w:gridCol w:w="3120"/>
      </w:tblGrid>
      <w:tr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</w:tr>
      <w:tr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Requester / date</w:t>
            </w:r>
          </w:p>
        </w:tc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Approver / date</w:t>
            </w:r>
          </w:p>
        </w:tc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Approval comments</w:t>
            </w:r>
          </w:p>
        </w:tc>
      </w:tr>
    </w:tbl>
    <w:p>
      <w:r>
        <w:br w:type="page"/>
      </w:r>
    </w:p>
    <w:p>
      <w:pPr>
        <w:spacing w:before="0" w:after="0" w:line="72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9360"/>
      </w:tblGrid>
      <w:tr>
        <w:tc>
          <w:tcPr>
            <w:tcW w:type="dxa" w:w="9360"/>
            <w:shd w:fill="102A2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40"/>
              </w:rPr>
              <w:t>PURCHASE REQUISITION</w:t>
            </w:r>
          </w:p>
        </w:tc>
      </w:tr>
      <w:tr>
        <w:tc>
          <w:tcPr>
            <w:tcW w:type="dxa" w:w="9360"/>
            <w:shd w:fill="FFF4D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8"/>
              </w:rPr>
              <w:t>Internal purchase request and approval record  ·  FICTIONAL EXAMPLE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1656"/>
        <w:gridCol w:w="3024"/>
        <w:gridCol w:w="1656"/>
        <w:gridCol w:w="3024"/>
      </w:tblGrid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Request #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PR-1001</w:t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Needed by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2026-09-15</w:t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Requester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Avery Morgan</w:t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Department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Operations</w:t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Supplier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Atlas Supply Co. (fictional)</w:t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Priority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Normal</w:t>
            </w:r>
          </w:p>
        </w:tc>
      </w:tr>
      <w:tr>
        <w:trPr>
          <w:cantSplit/>
        </w:trPr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Cost center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OPS-110</w:t>
            </w:r>
          </w:p>
        </w:tc>
        <w:tc>
          <w:tcPr>
            <w:tcW w:type="dxa" w:w="1656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6"/>
              </w:rPr>
              <w:t>Status</w:t>
            </w:r>
          </w:p>
        </w:tc>
        <w:tc>
          <w:tcPr>
            <w:tcW w:type="dxa" w:w="302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t>Pending approval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4680"/>
        <w:gridCol w:w="4680"/>
      </w:tblGrid>
      <w:tr>
        <w:tc>
          <w:tcPr>
            <w:tcW w:type="dxa" w:w="468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BUSINESS NEED / JUSTIFICATION</w:t>
            </w:r>
          </w:p>
        </w:tc>
        <w:tc>
          <w:tcPr>
            <w:tcW w:type="dxa" w:w="468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DELIVER TO</w:t>
            </w:r>
          </w:p>
        </w:tc>
      </w:tr>
      <w:tr>
        <w:tc>
          <w:tcPr>
            <w:tcW w:type="dxa" w:w="468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7"/>
              </w:rPr>
              <w:t>Replace failing workstation accessories for the operations team.</w:t>
            </w:r>
          </w:p>
        </w:tc>
        <w:tc>
          <w:tcPr>
            <w:tcW w:type="dxa" w:w="468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7"/>
              </w:rPr>
              <w:t>Northstar Studio LLC (fictional)</w:t>
              <w:br/>
              <w:t>88 Demonstration Road</w:t>
              <w:br/>
              <w:t>Exampletown, NY 10001</w:t>
              <w:br/>
              <w:t>operations@northstar-studio.example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1440"/>
        <w:gridCol w:w="3528"/>
        <w:gridCol w:w="792"/>
        <w:gridCol w:w="1872"/>
        <w:gridCol w:w="1728"/>
      </w:tblGrid>
      <w:tr>
        <w:trPr>
          <w:tblHeader w:val="true"/>
        </w:trPr>
        <w:tc>
          <w:tcPr>
            <w:tcW w:type="dxa" w:w="1440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Item</w:t>
            </w:r>
          </w:p>
        </w:tc>
        <w:tc>
          <w:tcPr>
            <w:tcW w:type="dxa" w:w="3528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Description</w:t>
            </w:r>
          </w:p>
        </w:tc>
        <w:tc>
          <w:tcPr>
            <w:tcW w:type="dxa" w:w="792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Qty</w:t>
            </w:r>
          </w:p>
        </w:tc>
        <w:tc>
          <w:tcPr>
            <w:tcW w:type="dxa" w:w="1872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Expected unit cost</w:t>
            </w:r>
          </w:p>
        </w:tc>
        <w:tc>
          <w:tcPr>
            <w:tcW w:type="dxa" w:w="1728"/>
            <w:shd w:fill="1F6B5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Line total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IT-DOCK</w:t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USB-C docking station</w:t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3</w:t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$149.50</w:t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$448.50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IT-KB</w:t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Ergonomic keyboard</w:t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3</w:t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$89.00</w:t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$267.00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IT-CABLE</w:t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2 m USB-C cable</w:t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6</w:t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$18.75</w:t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  <w:t>$112.50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35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7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87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5"/>
              </w:rPr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9360"/>
      </w:tblGrid>
      <w:tr>
        <w:tc>
          <w:tcPr>
            <w:tcW w:type="dxa" w:w="936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>
              <w:rPr>
                <w:i/>
              </w:rPr>
            </w:r>
            <w:r>
              <w:rPr>
                <w:rFonts w:ascii="Arial" w:hAnsi="Arial" w:eastAsia="Arial"/>
                <w:b w:val="0"/>
                <w:i/>
                <w:color w:val="52645E"/>
                <w:sz w:val="15"/>
              </w:rPr>
              <w:t>Estimated total: $828.00  ·  Use this form to request approval before ordering. Adapt approval fields and policies to your organization. Create online: formnivo.com/tools/purchase-requisition-generator/</w:t>
            </w:r>
          </w:p>
        </w:tc>
      </w:tr>
    </w:tbl>
    <w:p>
      <w:pPr>
        <w:spacing w:before="0" w:after="0" w:line="60" w:lineRule="exact"/>
      </w:pPr>
      <w:r>
        <w:rPr>
          <w:rFonts w:ascii="Arial" w:hAnsi="Arial" w:eastAsia="Arial"/>
          <w:b w:val="0"/>
          <w:i w:val="0"/>
          <w:color w:val="102A23"/>
          <w:sz w:val="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type="dxa" w:w="90"/>
      </w:tblPr>
      <w:tblGrid>
        <w:gridCol w:w="3120"/>
        <w:gridCol w:w="3120"/>
        <w:gridCol w:w="3120"/>
      </w:tblGrid>
      <w:tr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  <w:tc>
          <w:tcPr>
            <w:tcW w:type="dxa" w:w="312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i w:val="0"/>
                <w:color w:val="102A23"/>
                <w:sz w:val="16"/>
              </w:rPr>
              <w:br/>
            </w:r>
          </w:p>
        </w:tc>
      </w:tr>
      <w:tr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Requester / date</w:t>
            </w:r>
          </w:p>
        </w:tc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Approver / date</w:t>
            </w:r>
          </w:p>
        </w:tc>
        <w:tc>
          <w:tcPr>
            <w:tcW w:type="dxa" w:w="3120"/>
            <w:shd w:fill="EAF4F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8D2"/>
              <w:left w:val="single" w:sz="4" w:color="CAD8D2"/>
              <w:bottom w:val="single" w:sz="4" w:color="CAD8D2"/>
              <w:right w:val="single" w:sz="4" w:color="CAD8D2"/>
              <w:insideH w:val="single" w:sz="4" w:color="CAD8D2"/>
              <w:insideV w:val="single" w:sz="4" w:color="CAD8D2"/>
            </w:tcBorders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i w:val="0"/>
                <w:color w:val="1F6B56"/>
                <w:sz w:val="15"/>
              </w:rPr>
              <w:t>Approval comments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1440" w:bottom="720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2645E"/>
        <w:sz w:val="14"/>
      </w:rPr>
      <w:t>General template — review local and organizational requirements  |  formnivo.com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color w:val="102A2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Formnivo Purchase Requisition Template</dc:title>
  <dc:subject>Blank template and clearly labeled fictional example</dc:subject>
  <dc:creator>Formnivo</dc:creator>
  <cp:keywords>Formnivo,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